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ברומאן - כרטיסיות הגדרה ומונח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 יסוד הקשורים לניתוח רומאן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מונחים דומים כמו אוטופיה ודיסטופיה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הקישור בין מונח להגדרתו לקראת הבגרות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תיאור חברה מושלמת שאינה קיימת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תיאור חברה גרועה ומפחידה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מספר שיודע הכל על כל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דמות שמשתנה במהלך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התנגשות או בעיה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דיסטופיה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המונח בכרטיסיה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דיסטופיה היא היפוכה של אוטופיה, תיאור חברה גרועה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דמות סטטית נשארת כפי שהיא לאורך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הגדרת המונח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עלילה היא רצף האירועים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המונח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דיסטופיה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כל-יודע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(חברה מושלמת שאינה קיימת)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(חברה גרועה ומפחידה)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(יודע הכל על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 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(התנגשות או בעיה מרכזית)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אוטופיה מתארת חברה מושלמת שלא קיימת, ודיסטופיה מתארת חברה גרועה ומפחידה - ההפך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המראה הבנה שהדמות עוברת שינוי משמעותי בעלילה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לדעה אישית עם נימוק הקשור ליתרונות כל סוג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של חברה מושלמת שאינה קיימת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שדינמית משתנה וסטטית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מונח עם הסבר נכון ותמציתי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כעבודה בזוגות תוך שימוש בכרטיסיות אמיתיות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ההבדל בין אוטופיה לדיסטופיה דרך דוגמאות מהיצירות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ברומאן - כרטיסיות הגדרה ומונח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מילים חשובות שלומדים כשקוראים רומאן. צריך להבין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חברה מושלמת שלא קיימת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דיסטופיה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חברה גרועה ומפחידה, הפוך מאוטופיה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כל-יודע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שיודע הכל על כל הדמויות ומחשבותיהן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שהוא דמות בסיפור ומספר 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המרכיבים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דינמית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שמשתנה במהלך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סטטית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שלא משתנה במהלך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התנגשות או בעיה מרכזית בעלילה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מונחים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אוטופיה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חברה מושלמת שאינה 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חברה גרועה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דיסטופיה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 מושלמת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חברה גרועה ומפחידה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מספר יודע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שהוא דמות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שלא יודע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שיודע הכל על כל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שמדבר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דמות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שמשתנה במהלך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קונפליקט?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התנגשות או בעיה 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ההפך מאוטופיה?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דיסטופיה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אוטופיה מתארת חברה אידאלית שאינה קיימת במציאות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דיסטופיה היא תיאור של חברה מושלמת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סטטית היא דמות שמשתנה מאוד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מגוף ראשון הוא דמות בתוך הסיפור המספרת אני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עלילה היא רשימת הדמויות בסיפור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המונח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תיאור של חברה מושלמת ואידאלית שאינה קיימת במציאות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היפוכה של אוטופיה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שיודע את מחשבות כל הדמויות נקרא 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דמות שמשתנה במהלך העלילה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רצף האירועים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חברה גרועה ומפחידה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דיסטופיה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חברה מושלמת שאינה קיימת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מספר כל-יודע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התנגשות או בעיה מרכזית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סטטית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יודע הכל על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ההבדל בין אוטופיה לדיסטופיה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(מהדמיון שלכם) למצב שבו דמות היא דינמית ברומאן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לו הייתם כותבים רומאן, האם הייתם בוחרים במספר כל-יודע או במספר מגוף ראשון?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אוטופיה?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למונח אחד מהיחידה והסבירו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יסוד ברומאן - כרטיסיות הגדרה ומונח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